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«Сикам»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Областное государственное казенное учреждение "Управление капитального строительства Смоленской области" (подробнее) Ответчики: ООО "СИКАМ"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