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«Иркутский научно-исследовательский институт авиационной технологии и организации производства» удовлетворить. Предоставить акционерному обществу «Иркутский научно-исследовательский институт авиационной технологии и организации производства»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