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Федеральной службы по надзору в сфере связи, информационных технологий и массовых коммуникаций по Центральному федеральному округу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