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«Силовые машины – ЗТЛ, ЛМЗ, Электросила, Энергомашэкспорт»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"ДИРЕКЦИЯ ЕДИНОГО ЗАКАЗА ОБОРУДОВАНИЯ ДЛЯ АЭС" (подробнее) Ответчики: ПАО "СИЛОВЫЕ МАШИНЫ - ЗТЛ, ЛМЗ, ЭЛЕКТРОСИЛА, ЭНЕРГОМАШЭКСПОРТ" (подробнее) Иные лица: АО "АТОМСТРОЙЭКСПОРТ"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