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«СкопаСервис»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"СКОПАСЕРВИС" (подробнее) Иные лица: ГУ МО "ГЖИ МО"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