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«Торговый дом «Кремлевский»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ФГУП "Торговый дом "Кремлевский" Управления делами Президента Российской Федерации (подробнее) Ответчики: Минераловодская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