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«Управление служебными зданиями» при Министерстве сельского хозяйства Российской Федерации и Министерству сельского хозяйства Российской Федерации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СТРОИТЕЛЬНАЯ КОРПОРАЦИЯ "СТАТУС" (подробнее) Ответчики: ФГБУ "ЛЕЧЕБНО-РЕАБИЛИТАЦИОННЫЙ ЦЕНТР "ИЗУМРУД" (подробнее) Иные лица: АНО "Научно-исследовательский институт точных измерений и судебных экспертиз" (подробнее) Министерство сельского хозяйства Российской Федерации (подробнее) НП "Федерация судебных экспертов" (подробнее) ФГБУ "УПРАВЛЕНИЕ СЛУЖЕБНЫМИ ЗДАНИЯМИ" ПРИ МИНИСТЕРСТВЕ СЕЛЬСКОГО ХОЗЯЙСТВА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