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«М-Трейд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 Пронина Суд: Верховный Суд РФ (подробнее) Истцы: ЗАО "Даниско" (подробнее) Ответчики: ООО "М-Трейд плюс" (подробнее) Судьи дела: Пронина М.В.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