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Ильичеву Илье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