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Московская административная дорожная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