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«Нижегородский хлеб»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"Черкизово" (подробнее) Ответчики: ООО "ТОРГОВЫЙ ДОМ "НИЖЕГОРОДСКИЙ ХЛЕБ" (подробнее) Иные лица: Л.Г. Линге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