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агентству воздушного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