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«Экология-Новосибирск»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