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«ОДЖИ Групп» удовлетворить. Предоставить обществу с ограниченной ответственностью «ОДЖИ Групп»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