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«Энергостройснабкомплект ЕЭС»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