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предпринимателем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Курбаналиева Рустяма Ринатовича удовлетворить. Предоставить индивидуальному предпринимателю Курбаналиеву Рустяму Ринатовичу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