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«Страховое общество газовой промышленности»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"СТРАХОВОЕ ОБЩЕСТВО ГАЗОВОЙ ПРОМЫШЛЕННОСТИ" (подробнее) Ответчики: АО "Международный аэропорт "Внуково"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