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«Объединенное стратегическое командование Южного военного округа»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Федеральное казенное учреждение "Объединенное стратегическое командование Южного военного округа" (подробнее) Ответчики: ООО "Тендермаркет"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