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«Мебельный Бум»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"Мебельный Бум" (подробнее) Ответчики: Межрайонная инспекция Федеральной налоговой службы №19 по Нижегородской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