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«Малый исток – 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ТСЖ МАЛЫЙ ИСТОК - ЛЮКС (подробнее) Ответчики: Управление Федеральной службы государственной регистрации, кадастра и картографии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