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«Рыбозавод Валентин»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"РЫБОЗАВОД ВАЛЕНТИН" (подробнее) Ответчики: Федеральное государственное казенное учреждение "Пограничное управление Федеральной службы безопасности Российской Федерации по Приморскому краю"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