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ограниченной ответственностью «Альтер»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"ПРОМЫШЛЕННЫЕ ПОЛЫ ХАКАСИИ" (подробнее) Ответчики: ООО "АЛЬТЕР" (подробнее) Иные лица: ПАО Операционный офис "Хакасский" Сибирского филиала "Промсвязьбанк"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