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государственного строительного надзора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СПЕЦИАЛИЗИРОВАННЫЙ ЗАСТРОЙЩИК "ВОСТОК" (подробнее) Ответчики: Главное Управление Государственного строительного надзора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