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Республике Мордовия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Министерство спорта и молодежной политики Республика Мордовия (подробнее) Ответчики: Управление Федерального казначейства по Республике Мордовия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