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Министерства внутренних дел Российской Федерации по Брянской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УПРАВЛЕНИЕ МИНИСТЕРСТВА ВНУТРЕННИХ ДЕЛ РОССИЙСКОЙ ФЕДЕРАЦИИ ПО БРЯНСКОЙ ОБЛАСТИ (подробнее) Ответчики: Федеральная антимонопольная служба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