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«Промышленная Инжиниринговая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ЗАО "Промышленная Инжиниринговая Компания" (подробнее) Ответчики: Инспекция Федеральной налоговой службы по г.Тюмени №3 (подробнее) Иные лица: Арбитражный суд Западно-Сибирского округа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