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электрических сетей города Зеленогорска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МУП электрических сетей г.Зеленогорска (подробнее) Ответчики: Управление Федеральной антимонопольной службы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