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«Инкон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"ИНКОН СЕРВИС" (подробнее) Ответчики: ООО "Промэкс"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