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Государственное бюджетное учреждение Республики Крым "Ордена Трудового Красного Знамени Никитский ботанический сад - Национальный научный центр" (подробнее) Иные лица: АС Мурманск. обл (подробнее) АС Мурманской области Судья Карачева А.Е.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