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Авиационная Компания «АВИАСТАР-ТУ»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Авиационная компания "Авиастар-ТУ" (подробнее) Ответчики: Внуковская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