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ЗАО ОБЩЕСТВО С ОГРАНИЧЕННОЙ ОТВЕТСТВЕННОСТЬЮ ЮРИДИЧЕСКИЕ ГАРАНТИИ (подробнее) Управление Федеральной службы государственной регистрации, кадастра и картографии по Свердловской области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