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«Микрофинансовая компания «ЛаймЗайм»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"Микрофинансовая компания "Лайм-Займ", г. Новосибирск (подробнее) Ответчики: Управление Федеральной службы судебных приставов России по Республике Татарстан, г.Казань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