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«ЛВД»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ЗДРАВООХРАНЕНИЯ ГОРОДА МОСКВЫ "ГОРОДСКАЯ КЛИНИЧЕСКАЯ БОЛЬНИЦА ИМЕНИ Ф.И. ИНОЗЕМЦЕВА ДЕПАРТАМЕНТА ЗДРАВООХРАНЕНИЯ ГОРОДА МОСКВЫ" (подробнее) Ответчики: ООО "ЛВД"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