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Зяблову Олегу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