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«Открытие Брокер»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"Открытие Брокер" (подробнее) Ответчики: ЗАМОСКВОРЕЦКАЯ МЕЖРАЙОННАЯ ПРОКУРАТУРА ЦАО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