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казённому учреждению Уссурийского городского округа «Служба единого заказчика-застройщика»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"Уссурийское предприятие тепловых сетей" (подробнее) Ответчики: МУНИЦИПАЛЬНОЕ КАЗЁННОЕ УЧРЕЖДЕНИЕ УССУРИЙСКОГО ГОРОДСКОГО ОКРУГА "СЛУЖБА ЕДИНОГО ЗАКАЗЧИКА - ЗАСТРОЙЩИКА"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