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Московской областной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"Маркет" (подробнее) Иные лица: Московская областная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