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жилищная компания «Территория-Восток»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"УПРАВЛЯЮЩАЯ ЖИЛИЩНАЯ КОМПАНИЯ "ТЕРРИТОРИЯ-ВОСТОК" (подробнее) Ответчики: Департамент государственного жилищного и строительного надзора Свердловской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