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Кемеровской области-Кузбассу (подробнее) Иные лица: ПРОКУРАТУРА КЕМЕРОВСКОЙ ОБЛАСТИ (подробнее) ПРОКУРАТУРА КЕМЕРОВСКОЙ ОБЛАСТИ-КУЗБАССА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