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«СК Стройинвест»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Управление вооружения Федеральной службы охраны Российской Федерации (подробнее) Ответчики: ООО "СК Стройинвест"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