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«Охранное предприятие «РЖД-Охрана»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Таганрогская транспортная прокуратура (подробнее) таганрогская транспортная прокуратура Южной транспортной прокуратуры (подробнее) Ответчики: ООО "Охранное предприятие "РЖД-Охрана"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