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Молодцова Г.В.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27.04.2022,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Молодцовой Галины Владленовны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