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службы по аккредитации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Федеральная служба по аккредитации (подробнее) Ответчики: ООО "ЭСГ "Охрана труда" (подробнее) Иные лица: ООО "ЭкоСтандарт "Комплексные сервисы"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