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«СахаРесурс»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"Сахаресурс" (подробнее) Ответчики: Управление Федеральной налоговой службы России по Республике Саха (Якутия)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