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Стройжилсервис»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"УПРАВЛЯЮЩАЯ КОМПАНИЯ СТРОЙЖИЛСЕРВИС" (подробнее) Ответчики: Администрация поселения Воскресенское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