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26.01.2023,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«Инвест-Капитал-Строй»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АО "СИТИ ИНВЕСТ БАНК" (подробнее) к/у Кузнецов А.В. (подробнее) К/У Кузнецов.А.В (подробнее) ООО "Амперсанд" (подробнее) Ответчики: Федеральная антимонопольная служба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