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«Сибирский государственный университет водного транспорта»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Красноярский транспортный прокурор (подробнее) Ответчики: Федеральное государственное бюджетное образовательное учреждение высшего образования "Сибирский государственный университет водного транспорта" (подробнее) Иные лица: АС ВСО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