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медицинская компания РЕСО-Мед»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"Страховая медицинская компания РЕСО-Мед" (подробнее) Ответчики: ГОСУДАРСТВЕННОЕ УЧРЕЖДЕНИЕ ТЕРРИТОРИАЛЬНЫЙ ФОНД ОБЯЗАТЕЛЬНОГО МЕДИЦИНСКОГО СТРАХОВАНИЯ РЕСПУБЛИКИ БАШКОРТОСТАН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