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«Парад - Компьютерные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внутренних дел Российской Федерации (подробнее) Федеральное казенное учреждение "Уральское окружное управление материально-технического снабжения Министерства внутренних дел Российской Федерации" (подробнее) Ответчики: ООО ПАРАД-КОМПЬЮТЕРНЫЕ ТЕХНОЛОГИИ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