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«СОРДИС»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"Сордис" (подробнее) Ответчики: Межрайонная ИФНС №21 по Нижегородской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